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69201" w14:textId="77777777" w:rsidR="000D4716" w:rsidRDefault="000D4716" w:rsidP="3DA38FE1">
      <w:pPr>
        <w:keepLines/>
        <w:spacing w:beforeAutospacing="1" w:after="100"/>
        <w:rPr>
          <w:rFonts w:eastAsia="Arial" w:cs="Arial"/>
          <w:color w:val="000000" w:themeColor="text1"/>
          <w:szCs w:val="18"/>
          <w:lang w:val="da-DK"/>
        </w:rPr>
      </w:pPr>
    </w:p>
    <w:p w14:paraId="5BF3AAF2" w14:textId="77777777" w:rsidR="002B1779" w:rsidRDefault="002B1779" w:rsidP="3DA38FE1">
      <w:pPr>
        <w:keepLines/>
        <w:spacing w:beforeAutospacing="1" w:after="100"/>
        <w:rPr>
          <w:rFonts w:eastAsia="Arial" w:cs="Arial"/>
          <w:color w:val="000000" w:themeColor="text1"/>
          <w:szCs w:val="18"/>
          <w:lang w:val="da-DK"/>
        </w:rPr>
      </w:pPr>
    </w:p>
    <w:p w14:paraId="711A26E2" w14:textId="280ED44F" w:rsidR="00747193" w:rsidRPr="009A4F39" w:rsidRDefault="14C50BD9" w:rsidP="3DA38FE1">
      <w:pPr>
        <w:keepLines/>
        <w:spacing w:beforeAutospacing="1" w:after="100"/>
        <w:rPr>
          <w:rFonts w:eastAsia="Arial" w:cs="Arial"/>
          <w:color w:val="000000" w:themeColor="text1"/>
          <w:szCs w:val="18"/>
          <w:lang w:val="da-DK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EDD9BB6" wp14:editId="49428C27">
            <wp:simplePos x="0" y="0"/>
            <wp:positionH relativeFrom="column">
              <wp:posOffset>4943475</wp:posOffset>
            </wp:positionH>
            <wp:positionV relativeFrom="paragraph">
              <wp:posOffset>-419100</wp:posOffset>
            </wp:positionV>
            <wp:extent cx="1800225" cy="1519265"/>
            <wp:effectExtent l="0" t="0" r="0" b="0"/>
            <wp:wrapNone/>
            <wp:docPr id="523801307" name="drawing">
              <a:extLst xmlns:a="http://schemas.openxmlformats.org/drawingml/2006/main">
                <a:ext uri="{FF2B5EF4-FFF2-40B4-BE49-F238E27FC236}">
                  <a16:creationId xmlns:a16="http://schemas.microsoft.com/office/drawing/2014/main" id="{FA207E1E-CB79-412A-B164-52C34E371F3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57039" name="Picture 92185703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5192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A4F39">
        <w:rPr>
          <w:rFonts w:eastAsia="Arial" w:cs="Arial"/>
          <w:color w:val="000000" w:themeColor="text1"/>
          <w:szCs w:val="18"/>
          <w:lang w:val="da-DK"/>
        </w:rPr>
        <w:t>[</w:t>
      </w:r>
      <w:r w:rsidR="401DB5C1" w:rsidRPr="009A4F39">
        <w:rPr>
          <w:rFonts w:eastAsia="Arial" w:cs="Arial"/>
          <w:color w:val="000000" w:themeColor="text1"/>
          <w:szCs w:val="18"/>
          <w:lang w:val="da-DK"/>
        </w:rPr>
        <w:t>Kundens navn</w:t>
      </w:r>
      <w:r w:rsidR="341BF52F" w:rsidRPr="009A4F39">
        <w:rPr>
          <w:rFonts w:eastAsia="Arial" w:cs="Arial"/>
          <w:color w:val="000000" w:themeColor="text1"/>
          <w:szCs w:val="18"/>
          <w:lang w:val="da-DK"/>
        </w:rPr>
        <w:t>]</w:t>
      </w:r>
    </w:p>
    <w:p w14:paraId="5044DCF7" w14:textId="1D55A112" w:rsidR="00AB408B" w:rsidRPr="009A4F39" w:rsidRDefault="00020AC5" w:rsidP="3DA38FE1">
      <w:pPr>
        <w:keepLines/>
        <w:spacing w:before="100" w:after="100"/>
        <w:rPr>
          <w:rFonts w:eastAsia="Arial" w:cs="Arial"/>
          <w:color w:val="000000" w:themeColor="text1"/>
          <w:szCs w:val="18"/>
          <w:lang w:val="da-DK"/>
        </w:rPr>
      </w:pPr>
      <w:r>
        <w:rPr>
          <w:color w:val="000000" w:themeColor="text1"/>
          <w:lang w:val="da-DK"/>
        </w:rPr>
        <w:t>[</w:t>
      </w:r>
      <w:r w:rsidR="00AB408B" w:rsidRPr="00020AC5">
        <w:rPr>
          <w:color w:val="000000" w:themeColor="text1"/>
          <w:lang w:val="da-DK"/>
        </w:rPr>
        <w:t>Adresse</w:t>
      </w:r>
      <w:r>
        <w:rPr>
          <w:color w:val="000000" w:themeColor="text1"/>
          <w:lang w:val="da-DK"/>
        </w:rPr>
        <w:t>]</w:t>
      </w:r>
    </w:p>
    <w:p w14:paraId="3C2E585A" w14:textId="68A97149" w:rsidR="00AB408B" w:rsidRPr="009A4F39" w:rsidRDefault="00AD34C9" w:rsidP="3DA38FE1">
      <w:pPr>
        <w:keepLines/>
        <w:spacing w:before="100" w:after="100"/>
        <w:rPr>
          <w:rFonts w:eastAsia="Arial" w:cs="Arial"/>
          <w:color w:val="000000" w:themeColor="text1"/>
          <w:szCs w:val="18"/>
          <w:lang w:val="da-DK"/>
        </w:rPr>
      </w:pPr>
      <w:r>
        <w:rPr>
          <w:color w:val="000000" w:themeColor="text1"/>
          <w:lang w:val="da-DK"/>
        </w:rPr>
        <w:t>[</w:t>
      </w:r>
      <w:r w:rsidR="00AB408B" w:rsidRPr="00AD34C9">
        <w:rPr>
          <w:color w:val="000000" w:themeColor="text1"/>
          <w:lang w:val="da-DK"/>
        </w:rPr>
        <w:t>Postnummer, by</w:t>
      </w:r>
      <w:r>
        <w:rPr>
          <w:color w:val="000000" w:themeColor="text1"/>
          <w:lang w:val="da-DK"/>
        </w:rPr>
        <w:t>]</w:t>
      </w:r>
    </w:p>
    <w:p w14:paraId="2A22B4C1" w14:textId="2E2D3E60" w:rsidR="00AB408B" w:rsidRPr="009A4F39" w:rsidRDefault="00776CAE" w:rsidP="757C3D23">
      <w:pPr>
        <w:keepLines/>
        <w:spacing w:before="100" w:after="100"/>
        <w:rPr>
          <w:rFonts w:eastAsia="Arial" w:cs="Arial"/>
          <w:sz w:val="36"/>
          <w:szCs w:val="36"/>
          <w:lang w:val="da-DK"/>
        </w:rPr>
      </w:pPr>
      <w:r>
        <w:rPr>
          <w:color w:val="000000" w:themeColor="text1"/>
          <w:lang w:val="da-DK"/>
        </w:rPr>
        <w:t>[</w:t>
      </w:r>
      <w:r w:rsidR="00AB408B" w:rsidRPr="00776CAE">
        <w:rPr>
          <w:color w:val="000000" w:themeColor="text1"/>
          <w:lang w:val="da-DK"/>
        </w:rPr>
        <w:t>Land</w:t>
      </w:r>
      <w:r>
        <w:rPr>
          <w:color w:val="000000" w:themeColor="text1"/>
          <w:lang w:val="da-DK"/>
        </w:rPr>
        <w:t>]</w:t>
      </w:r>
    </w:p>
    <w:p w14:paraId="44B34FA1" w14:textId="406F5A7A" w:rsidR="757C3D23" w:rsidRPr="009A4F39" w:rsidRDefault="757C3D23" w:rsidP="3DA38FE1">
      <w:pPr>
        <w:keepLines/>
        <w:spacing w:before="100" w:after="100"/>
        <w:rPr>
          <w:rFonts w:eastAsia="Arial" w:cs="Arial"/>
          <w:color w:val="000000" w:themeColor="text1"/>
          <w:szCs w:val="18"/>
          <w:lang w:val="da-DK"/>
        </w:rPr>
      </w:pPr>
    </w:p>
    <w:p w14:paraId="3589DA2B" w14:textId="6AD04125" w:rsidR="00747193" w:rsidRDefault="00413F22" w:rsidP="00413F22">
      <w:pPr>
        <w:keepLines/>
        <w:spacing w:before="100" w:after="100"/>
        <w:jc w:val="right"/>
        <w:rPr>
          <w:rFonts w:eastAsia="Arial" w:cs="Arial"/>
          <w:b/>
          <w:bCs/>
          <w:sz w:val="36"/>
          <w:szCs w:val="36"/>
        </w:rPr>
      </w:pPr>
      <w:r w:rsidRPr="3DA38FE1">
        <w:rPr>
          <w:rFonts w:eastAsia="Arial" w:cs="Arial"/>
          <w:b/>
          <w:bCs/>
          <w:sz w:val="36"/>
          <w:szCs w:val="36"/>
        </w:rPr>
        <w:t>RYKKER</w:t>
      </w:r>
    </w:p>
    <w:tbl>
      <w:tblPr>
        <w:tblW w:w="10434" w:type="dxa"/>
        <w:jc w:val="center"/>
        <w:tblLayout w:type="fixed"/>
        <w:tblLook w:val="04A0" w:firstRow="1" w:lastRow="0" w:firstColumn="1" w:lastColumn="0" w:noHBand="0" w:noVBand="1"/>
      </w:tblPr>
      <w:tblGrid>
        <w:gridCol w:w="1757"/>
        <w:gridCol w:w="2940"/>
        <w:gridCol w:w="2955"/>
        <w:gridCol w:w="2782"/>
      </w:tblGrid>
      <w:tr w:rsidR="3DA38FE1" w14:paraId="6BDF5CCF" w14:textId="77777777" w:rsidTr="3DA38FE1">
        <w:trPr>
          <w:trHeight w:val="300"/>
          <w:jc w:val="center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C16DE9" w14:textId="46062EDC" w:rsidR="3DA38FE1" w:rsidRDefault="3DA38FE1" w:rsidP="3DA38FE1">
            <w:pPr>
              <w:rPr>
                <w:rFonts w:eastAsia="Arial" w:cs="Arial"/>
                <w:b/>
                <w:bCs/>
                <w:sz w:val="17"/>
                <w:szCs w:val="17"/>
              </w:rPr>
            </w:pPr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7E2F6" w14:textId="7DB028A4" w:rsidR="3DA38FE1" w:rsidRDefault="3DA38FE1" w:rsidP="3DA38FE1">
            <w:pPr>
              <w:rPr>
                <w:rFonts w:eastAsia="Arial" w:cs="Arial"/>
                <w:sz w:val="17"/>
                <w:szCs w:val="17"/>
              </w:rPr>
            </w:pPr>
          </w:p>
        </w:tc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D0ABF0" w14:textId="2F9992B5" w:rsidR="77E4956D" w:rsidRDefault="77E4956D" w:rsidP="3DA38FE1">
            <w:pPr>
              <w:ind w:firstLine="1080"/>
            </w:pPr>
          </w:p>
        </w:tc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A96341" w14:textId="7484DC08" w:rsidR="3DA38FE1" w:rsidRDefault="3DA38FE1" w:rsidP="3DA38FE1">
            <w:pPr>
              <w:rPr>
                <w:rFonts w:eastAsia="Arial" w:cs="Arial"/>
                <w:sz w:val="17"/>
                <w:szCs w:val="17"/>
              </w:rPr>
            </w:pPr>
          </w:p>
        </w:tc>
      </w:tr>
      <w:tr w:rsidR="00153866" w14:paraId="376004A2" w14:textId="77777777" w:rsidTr="00153866">
        <w:trPr>
          <w:trHeight w:val="300"/>
          <w:jc w:val="center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BAFC33" w14:textId="39989FDB" w:rsidR="00153866" w:rsidRPr="00C63B80" w:rsidRDefault="00153866" w:rsidP="3DA38FE1">
            <w:pPr>
              <w:rPr>
                <w:rFonts w:eastAsia="Arial" w:cs="Arial"/>
                <w:b/>
                <w:bCs/>
                <w:szCs w:val="18"/>
              </w:rPr>
            </w:pPr>
            <w:r w:rsidRPr="00C63B80">
              <w:rPr>
                <w:rFonts w:eastAsia="Arial" w:cs="Arial"/>
                <w:b/>
                <w:bCs/>
                <w:szCs w:val="18"/>
              </w:rPr>
              <w:t xml:space="preserve">Dato for </w:t>
            </w:r>
            <w:proofErr w:type="spellStart"/>
            <w:r w:rsidRPr="00C63B80">
              <w:rPr>
                <w:rFonts w:eastAsia="Arial" w:cs="Arial"/>
                <w:b/>
                <w:bCs/>
                <w:szCs w:val="18"/>
              </w:rPr>
              <w:t>rykker</w:t>
            </w:r>
            <w:proofErr w:type="spellEnd"/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69F4A4" w14:textId="37C4605A" w:rsidR="00153866" w:rsidRPr="00C63B80" w:rsidRDefault="00D82452" w:rsidP="00D82452">
            <w:pPr>
              <w:rPr>
                <w:rFonts w:eastAsia="Arial" w:cs="Arial"/>
                <w:szCs w:val="18"/>
              </w:rPr>
            </w:pPr>
            <w:r w:rsidRPr="00C63B80">
              <w:rPr>
                <w:szCs w:val="18"/>
              </w:rPr>
              <w:t>[</w:t>
            </w:r>
            <w:r w:rsidR="00AB408B" w:rsidRPr="00C63B80">
              <w:rPr>
                <w:rFonts w:eastAsia="Arial" w:cs="Arial"/>
                <w:szCs w:val="18"/>
              </w:rPr>
              <w:t>dd-mm-</w:t>
            </w:r>
            <w:proofErr w:type="spellStart"/>
            <w:r w:rsidR="00AB408B" w:rsidRPr="00C63B80">
              <w:rPr>
                <w:rFonts w:eastAsia="Arial" w:cs="Arial"/>
                <w:szCs w:val="18"/>
              </w:rPr>
              <w:t>åååå</w:t>
            </w:r>
            <w:proofErr w:type="spellEnd"/>
            <w:r w:rsidRPr="00C63B80">
              <w:rPr>
                <w:szCs w:val="18"/>
              </w:rPr>
              <w:t>]</w:t>
            </w:r>
          </w:p>
        </w:tc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DAEF53" w14:textId="5166BB23" w:rsidR="00153866" w:rsidRPr="00C63B80" w:rsidRDefault="00153866" w:rsidP="3DA38FE1">
            <w:pPr>
              <w:ind w:firstLine="1080"/>
              <w:rPr>
                <w:rFonts w:eastAsia="Arial" w:cs="Arial"/>
                <w:b/>
                <w:bCs/>
                <w:szCs w:val="18"/>
              </w:rPr>
            </w:pPr>
            <w:r w:rsidRPr="00C63B80">
              <w:rPr>
                <w:rFonts w:eastAsia="Arial" w:cs="Arial"/>
                <w:b/>
                <w:bCs/>
                <w:szCs w:val="18"/>
              </w:rPr>
              <w:t>[</w:t>
            </w:r>
            <w:r w:rsidRPr="00C63B80">
              <w:rPr>
                <w:rFonts w:eastAsia="Arial" w:cs="Arial"/>
                <w:b/>
                <w:bCs/>
                <w:szCs w:val="18"/>
              </w:rPr>
              <w:t xml:space="preserve">Din </w:t>
            </w:r>
            <w:proofErr w:type="spellStart"/>
            <w:r w:rsidRPr="00C63B80">
              <w:rPr>
                <w:rFonts w:eastAsia="Arial" w:cs="Arial"/>
                <w:b/>
                <w:bCs/>
                <w:szCs w:val="18"/>
              </w:rPr>
              <w:t>virksomhed</w:t>
            </w:r>
            <w:proofErr w:type="spellEnd"/>
            <w:r w:rsidRPr="00C63B80">
              <w:rPr>
                <w:rFonts w:eastAsia="Arial" w:cs="Arial"/>
                <w:b/>
                <w:bCs/>
                <w:szCs w:val="18"/>
              </w:rPr>
              <w:t>]</w:t>
            </w:r>
          </w:p>
        </w:tc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C2263" w14:textId="3DE02524" w:rsidR="00153866" w:rsidRPr="00C63B80" w:rsidRDefault="00153866" w:rsidP="00153866">
            <w:pPr>
              <w:rPr>
                <w:rFonts w:eastAsia="Arial" w:cs="Arial"/>
                <w:szCs w:val="18"/>
              </w:rPr>
            </w:pPr>
          </w:p>
        </w:tc>
      </w:tr>
      <w:tr w:rsidR="00153866" w14:paraId="6C298C75" w14:textId="77777777" w:rsidTr="00153866">
        <w:trPr>
          <w:trHeight w:val="300"/>
          <w:jc w:val="center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B2E538" w14:textId="3B2201FF" w:rsidR="00153866" w:rsidRPr="00C63B80" w:rsidRDefault="00153866" w:rsidP="3DA38FE1">
            <w:pPr>
              <w:rPr>
                <w:rFonts w:eastAsia="Arial" w:cs="Arial"/>
                <w:b/>
                <w:bCs/>
                <w:szCs w:val="18"/>
              </w:rPr>
            </w:pPr>
            <w:proofErr w:type="spellStart"/>
            <w:r w:rsidRPr="00C63B80">
              <w:rPr>
                <w:rFonts w:eastAsia="Arial" w:cs="Arial"/>
                <w:b/>
                <w:bCs/>
                <w:szCs w:val="18"/>
              </w:rPr>
              <w:t>Rykkernummer</w:t>
            </w:r>
            <w:proofErr w:type="spellEnd"/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107E65" w14:textId="7C15792E" w:rsidR="00153866" w:rsidRPr="00C63B80" w:rsidRDefault="008A5E7D" w:rsidP="00036DA4">
            <w:pPr>
              <w:rPr>
                <w:rFonts w:eastAsia="Arial" w:cs="Arial"/>
                <w:szCs w:val="18"/>
              </w:rPr>
            </w:pPr>
            <w:r w:rsidRPr="00C63B80">
              <w:rPr>
                <w:szCs w:val="18"/>
              </w:rPr>
              <w:t>[</w:t>
            </w:r>
            <w:r w:rsidRPr="00C63B80">
              <w:rPr>
                <w:rFonts w:eastAsia="Arial" w:cs="Arial"/>
                <w:szCs w:val="18"/>
              </w:rPr>
              <w:t>123456789</w:t>
            </w:r>
            <w:r w:rsidRPr="00C63B80">
              <w:rPr>
                <w:szCs w:val="18"/>
              </w:rPr>
              <w:t>]</w:t>
            </w:r>
          </w:p>
        </w:tc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CDB5A5" w14:textId="6841AF62" w:rsidR="00153866" w:rsidRPr="00C63B80" w:rsidRDefault="00153866" w:rsidP="3DA38FE1">
            <w:pPr>
              <w:ind w:firstLine="1080"/>
              <w:rPr>
                <w:rFonts w:eastAsia="Arial" w:cs="Arial"/>
                <w:b/>
                <w:bCs/>
                <w:szCs w:val="18"/>
              </w:rPr>
            </w:pPr>
            <w:proofErr w:type="spellStart"/>
            <w:r w:rsidRPr="00C63B80">
              <w:rPr>
                <w:rFonts w:eastAsia="Arial" w:cs="Arial"/>
                <w:b/>
                <w:bCs/>
                <w:szCs w:val="18"/>
              </w:rPr>
              <w:t>Adresse</w:t>
            </w:r>
            <w:proofErr w:type="spellEnd"/>
          </w:p>
        </w:tc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E4353" w14:textId="59AD4208" w:rsidR="00153866" w:rsidRPr="00C63B80" w:rsidRDefault="004566D5" w:rsidP="004566D5">
            <w:pPr>
              <w:rPr>
                <w:rFonts w:eastAsia="Arial" w:cs="Arial"/>
                <w:szCs w:val="18"/>
              </w:rPr>
            </w:pPr>
            <w:r w:rsidRPr="00C63B80">
              <w:rPr>
                <w:szCs w:val="18"/>
              </w:rPr>
              <w:t>[</w:t>
            </w:r>
            <w:proofErr w:type="spellStart"/>
            <w:r w:rsidR="00AB408B" w:rsidRPr="00C63B80">
              <w:rPr>
                <w:rFonts w:eastAsia="Arial" w:cs="Arial"/>
                <w:szCs w:val="18"/>
              </w:rPr>
              <w:t>Vejnavn</w:t>
            </w:r>
            <w:proofErr w:type="spellEnd"/>
            <w:r w:rsidR="00AB408B" w:rsidRPr="00C63B80">
              <w:rPr>
                <w:rFonts w:eastAsia="Arial" w:cs="Arial"/>
                <w:szCs w:val="18"/>
              </w:rPr>
              <w:t xml:space="preserve"> 1</w:t>
            </w:r>
            <w:r w:rsidRPr="00C63B80">
              <w:rPr>
                <w:szCs w:val="18"/>
              </w:rPr>
              <w:t>]</w:t>
            </w:r>
          </w:p>
        </w:tc>
      </w:tr>
      <w:tr w:rsidR="00153866" w14:paraId="17754833" w14:textId="77777777" w:rsidTr="00153866">
        <w:trPr>
          <w:trHeight w:val="300"/>
          <w:jc w:val="center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CF1359" w14:textId="3241CABD" w:rsidR="00153866" w:rsidRPr="00C63B80" w:rsidRDefault="00153866" w:rsidP="3DA38FE1">
            <w:pPr>
              <w:rPr>
                <w:rFonts w:eastAsia="Arial" w:cs="Arial"/>
                <w:b/>
                <w:bCs/>
                <w:szCs w:val="18"/>
              </w:rPr>
            </w:pPr>
            <w:r w:rsidRPr="00C63B80">
              <w:rPr>
                <w:rFonts w:eastAsia="Arial" w:cs="Arial"/>
                <w:b/>
                <w:bCs/>
                <w:szCs w:val="18"/>
              </w:rPr>
              <w:t>Kunde/</w:t>
            </w:r>
            <w:proofErr w:type="spellStart"/>
            <w:r w:rsidRPr="00C63B80">
              <w:rPr>
                <w:rFonts w:eastAsia="Arial" w:cs="Arial"/>
                <w:b/>
                <w:bCs/>
                <w:szCs w:val="18"/>
              </w:rPr>
              <w:t>debitornr</w:t>
            </w:r>
            <w:proofErr w:type="spellEnd"/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608A3" w14:textId="67112CAD" w:rsidR="00153866" w:rsidRPr="00C63B80" w:rsidRDefault="00CF5161" w:rsidP="00CF5161">
            <w:pPr>
              <w:rPr>
                <w:rFonts w:eastAsia="Arial" w:cs="Arial"/>
                <w:szCs w:val="18"/>
              </w:rPr>
            </w:pPr>
            <w:r w:rsidRPr="00C63B80">
              <w:rPr>
                <w:szCs w:val="18"/>
              </w:rPr>
              <w:t>[</w:t>
            </w:r>
            <w:r w:rsidR="00AB408B" w:rsidRPr="00C63B80">
              <w:rPr>
                <w:rFonts w:eastAsia="Arial" w:cs="Arial"/>
                <w:szCs w:val="18"/>
              </w:rPr>
              <w:t>123456789</w:t>
            </w:r>
            <w:r w:rsidRPr="00C63B80">
              <w:rPr>
                <w:szCs w:val="18"/>
              </w:rPr>
              <w:t>]</w:t>
            </w:r>
          </w:p>
        </w:tc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261DBE" w14:textId="6BB06377" w:rsidR="00153866" w:rsidRPr="00C63B80" w:rsidRDefault="00153866" w:rsidP="3DA38FE1">
            <w:pPr>
              <w:ind w:firstLine="1080"/>
              <w:rPr>
                <w:rFonts w:eastAsia="Arial" w:cs="Arial"/>
                <w:b/>
                <w:bCs/>
                <w:szCs w:val="18"/>
              </w:rPr>
            </w:pPr>
            <w:proofErr w:type="spellStart"/>
            <w:r w:rsidRPr="00C63B80">
              <w:rPr>
                <w:rFonts w:eastAsia="Arial" w:cs="Arial"/>
                <w:b/>
                <w:bCs/>
                <w:szCs w:val="18"/>
              </w:rPr>
              <w:t>Postnummer</w:t>
            </w:r>
            <w:proofErr w:type="spellEnd"/>
            <w:r w:rsidRPr="00C63B80">
              <w:rPr>
                <w:rFonts w:eastAsia="Arial" w:cs="Arial"/>
                <w:b/>
                <w:bCs/>
                <w:szCs w:val="18"/>
              </w:rPr>
              <w:t xml:space="preserve"> </w:t>
            </w:r>
            <w:proofErr w:type="spellStart"/>
            <w:r w:rsidRPr="00C63B80">
              <w:rPr>
                <w:rFonts w:eastAsia="Arial" w:cs="Arial"/>
                <w:b/>
                <w:bCs/>
                <w:szCs w:val="18"/>
              </w:rPr>
              <w:t>og</w:t>
            </w:r>
            <w:proofErr w:type="spellEnd"/>
            <w:r w:rsidRPr="00C63B80">
              <w:rPr>
                <w:rFonts w:eastAsia="Arial" w:cs="Arial"/>
                <w:b/>
                <w:bCs/>
                <w:szCs w:val="18"/>
              </w:rPr>
              <w:t xml:space="preserve"> by</w:t>
            </w:r>
          </w:p>
        </w:tc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4FFBA3" w14:textId="14E9E75F" w:rsidR="00153866" w:rsidRPr="00C63B80" w:rsidRDefault="00294B01" w:rsidP="00294B01">
            <w:pPr>
              <w:rPr>
                <w:rFonts w:eastAsia="Arial" w:cs="Arial"/>
                <w:szCs w:val="18"/>
              </w:rPr>
            </w:pPr>
            <w:r w:rsidRPr="00C63B80">
              <w:rPr>
                <w:szCs w:val="18"/>
              </w:rPr>
              <w:t>[</w:t>
            </w:r>
            <w:r w:rsidR="00AB408B" w:rsidRPr="00C63B80">
              <w:rPr>
                <w:rFonts w:eastAsia="Arial" w:cs="Arial"/>
                <w:szCs w:val="18"/>
              </w:rPr>
              <w:t>1234 By</w:t>
            </w:r>
            <w:r w:rsidRPr="00C63B80">
              <w:rPr>
                <w:szCs w:val="18"/>
              </w:rPr>
              <w:t>]</w:t>
            </w:r>
          </w:p>
        </w:tc>
      </w:tr>
      <w:tr w:rsidR="00747193" w14:paraId="1A92C8AE" w14:textId="77777777" w:rsidTr="00153866">
        <w:trPr>
          <w:jc w:val="center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1DA961" w14:textId="77777777" w:rsidR="00747193" w:rsidRPr="00C63B80" w:rsidRDefault="00413F22" w:rsidP="00413F22">
            <w:pPr>
              <w:rPr>
                <w:rFonts w:eastAsia="Arial" w:cs="Arial"/>
                <w:b/>
                <w:bCs/>
                <w:szCs w:val="18"/>
              </w:rPr>
            </w:pPr>
            <w:proofErr w:type="spellStart"/>
            <w:r w:rsidRPr="00C63B80">
              <w:rPr>
                <w:rFonts w:eastAsia="Arial" w:cs="Arial"/>
                <w:b/>
                <w:bCs/>
                <w:szCs w:val="18"/>
              </w:rPr>
              <w:t>Bogføringsdato</w:t>
            </w:r>
            <w:proofErr w:type="spellEnd"/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359A11" w14:textId="167BE296" w:rsidR="00747193" w:rsidRPr="00C63B80" w:rsidRDefault="00A2548F" w:rsidP="00A2548F">
            <w:pPr>
              <w:rPr>
                <w:rFonts w:eastAsia="Arial" w:cs="Arial"/>
                <w:szCs w:val="18"/>
              </w:rPr>
            </w:pPr>
            <w:r w:rsidRPr="00C63B80">
              <w:rPr>
                <w:szCs w:val="18"/>
              </w:rPr>
              <w:t>[</w:t>
            </w:r>
            <w:r w:rsidR="00AB408B" w:rsidRPr="00C63B80">
              <w:rPr>
                <w:rFonts w:eastAsia="Arial" w:cs="Arial"/>
                <w:szCs w:val="18"/>
              </w:rPr>
              <w:t>dd-mm-</w:t>
            </w:r>
            <w:proofErr w:type="spellStart"/>
            <w:r w:rsidR="00AB408B" w:rsidRPr="00C63B80">
              <w:rPr>
                <w:rFonts w:eastAsia="Arial" w:cs="Arial"/>
                <w:szCs w:val="18"/>
              </w:rPr>
              <w:t>åååå</w:t>
            </w:r>
            <w:proofErr w:type="spellEnd"/>
            <w:r w:rsidRPr="00C63B80">
              <w:rPr>
                <w:szCs w:val="18"/>
              </w:rPr>
              <w:t>]</w:t>
            </w:r>
          </w:p>
        </w:tc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F1043E" w14:textId="77777777" w:rsidR="00747193" w:rsidRPr="00C63B80" w:rsidRDefault="00413F22" w:rsidP="00413F22">
            <w:pPr>
              <w:ind w:left="1170" w:right="-1170" w:hanging="90"/>
              <w:rPr>
                <w:rFonts w:eastAsia="Arial" w:cs="Arial"/>
                <w:b/>
                <w:bCs/>
                <w:szCs w:val="18"/>
              </w:rPr>
            </w:pPr>
            <w:proofErr w:type="spellStart"/>
            <w:r w:rsidRPr="00C63B80">
              <w:rPr>
                <w:rFonts w:eastAsia="Arial" w:cs="Arial"/>
                <w:b/>
                <w:bCs/>
                <w:szCs w:val="18"/>
              </w:rPr>
              <w:t>Telefon</w:t>
            </w:r>
            <w:proofErr w:type="spellEnd"/>
          </w:p>
        </w:tc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415B9D" w14:textId="2D613188" w:rsidR="00747193" w:rsidRPr="00C63B80" w:rsidRDefault="0009050B" w:rsidP="0009050B">
            <w:pPr>
              <w:ind w:right="-1170"/>
              <w:rPr>
                <w:rFonts w:eastAsia="Arial" w:cs="Arial"/>
                <w:szCs w:val="18"/>
              </w:rPr>
            </w:pPr>
            <w:r w:rsidRPr="00C63B80">
              <w:rPr>
                <w:szCs w:val="18"/>
              </w:rPr>
              <w:t>[</w:t>
            </w:r>
            <w:r w:rsidR="00AB408B" w:rsidRPr="00C63B80">
              <w:rPr>
                <w:rFonts w:eastAsia="Arial" w:cs="Arial"/>
                <w:szCs w:val="18"/>
              </w:rPr>
              <w:t>12 34 56 78</w:t>
            </w:r>
            <w:r w:rsidRPr="00C63B80">
              <w:rPr>
                <w:szCs w:val="18"/>
              </w:rPr>
              <w:t>]</w:t>
            </w:r>
          </w:p>
        </w:tc>
      </w:tr>
      <w:tr w:rsidR="00747193" w14:paraId="4D965195" w14:textId="77777777" w:rsidTr="3DA38FE1">
        <w:trPr>
          <w:jc w:val="center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5B2916" w14:textId="77777777" w:rsidR="00747193" w:rsidRPr="00C63B80" w:rsidRDefault="00413F22" w:rsidP="00413F22">
            <w:pPr>
              <w:rPr>
                <w:rFonts w:eastAsia="Arial" w:cs="Arial"/>
                <w:b/>
                <w:bCs/>
                <w:szCs w:val="18"/>
              </w:rPr>
            </w:pPr>
            <w:proofErr w:type="spellStart"/>
            <w:r w:rsidRPr="00C63B80">
              <w:rPr>
                <w:rFonts w:eastAsia="Arial" w:cs="Arial"/>
                <w:b/>
                <w:bCs/>
                <w:szCs w:val="18"/>
              </w:rPr>
              <w:t>Bilagsdato</w:t>
            </w:r>
            <w:proofErr w:type="spellEnd"/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90E0A8" w14:textId="36A02A7B" w:rsidR="00747193" w:rsidRPr="00C63B80" w:rsidRDefault="00CB4882" w:rsidP="00CB4882">
            <w:pPr>
              <w:rPr>
                <w:rFonts w:eastAsia="Arial" w:cs="Arial"/>
                <w:szCs w:val="18"/>
              </w:rPr>
            </w:pPr>
            <w:r w:rsidRPr="00C63B80">
              <w:rPr>
                <w:szCs w:val="18"/>
              </w:rPr>
              <w:t>[</w:t>
            </w:r>
            <w:r w:rsidR="00AB408B" w:rsidRPr="00C63B80">
              <w:rPr>
                <w:rFonts w:eastAsia="Arial" w:cs="Arial"/>
                <w:szCs w:val="18"/>
              </w:rPr>
              <w:t>dd-mm-</w:t>
            </w:r>
            <w:proofErr w:type="spellStart"/>
            <w:r w:rsidR="00AB408B" w:rsidRPr="00C63B80">
              <w:rPr>
                <w:rFonts w:eastAsia="Arial" w:cs="Arial"/>
                <w:szCs w:val="18"/>
              </w:rPr>
              <w:t>åååå</w:t>
            </w:r>
            <w:proofErr w:type="spellEnd"/>
            <w:r w:rsidRPr="00C63B80">
              <w:rPr>
                <w:szCs w:val="18"/>
              </w:rPr>
              <w:t>]</w:t>
            </w:r>
          </w:p>
        </w:tc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72B231" w14:textId="77777777" w:rsidR="00747193" w:rsidRPr="00C63B80" w:rsidRDefault="00413F22" w:rsidP="00413F22">
            <w:pPr>
              <w:ind w:left="1170" w:right="-1170" w:hanging="90"/>
              <w:rPr>
                <w:rFonts w:eastAsia="Arial" w:cs="Arial"/>
                <w:b/>
                <w:bCs/>
                <w:szCs w:val="18"/>
              </w:rPr>
            </w:pPr>
            <w:proofErr w:type="spellStart"/>
            <w:r w:rsidRPr="00C63B80">
              <w:rPr>
                <w:rFonts w:eastAsia="Arial" w:cs="Arial"/>
                <w:b/>
                <w:bCs/>
                <w:szCs w:val="18"/>
              </w:rPr>
              <w:t>Hjemmeside</w:t>
            </w:r>
            <w:proofErr w:type="spellEnd"/>
          </w:p>
        </w:tc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B26DD" w14:textId="5D7BB75A" w:rsidR="00747193" w:rsidRPr="00C63B80" w:rsidRDefault="00B1715E" w:rsidP="00B1715E">
            <w:pPr>
              <w:ind w:right="-1170"/>
              <w:rPr>
                <w:rFonts w:eastAsia="Arial" w:cs="Arial"/>
                <w:szCs w:val="18"/>
              </w:rPr>
            </w:pPr>
            <w:r w:rsidRPr="00C63B80">
              <w:rPr>
                <w:szCs w:val="18"/>
              </w:rPr>
              <w:t>[</w:t>
            </w:r>
            <w:r w:rsidR="00AB408B" w:rsidRPr="00C63B80">
              <w:rPr>
                <w:rFonts w:eastAsia="Arial" w:cs="Arial"/>
                <w:szCs w:val="18"/>
              </w:rPr>
              <w:t>www.hjemmeside.dk</w:t>
            </w:r>
            <w:r w:rsidRPr="00C63B80">
              <w:rPr>
                <w:szCs w:val="18"/>
              </w:rPr>
              <w:t>]</w:t>
            </w:r>
          </w:p>
        </w:tc>
      </w:tr>
      <w:tr w:rsidR="00747193" w14:paraId="3BFF86F9" w14:textId="77777777" w:rsidTr="3DA38FE1">
        <w:trPr>
          <w:jc w:val="center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659C4" w14:textId="77777777" w:rsidR="00747193" w:rsidRPr="00C63B80" w:rsidRDefault="00413F22" w:rsidP="00413F22">
            <w:pPr>
              <w:rPr>
                <w:rFonts w:eastAsia="Arial" w:cs="Arial"/>
                <w:b/>
                <w:bCs/>
                <w:szCs w:val="18"/>
              </w:rPr>
            </w:pPr>
            <w:proofErr w:type="spellStart"/>
            <w:r w:rsidRPr="00C63B80">
              <w:rPr>
                <w:rFonts w:eastAsia="Arial" w:cs="Arial"/>
                <w:b/>
                <w:bCs/>
                <w:szCs w:val="18"/>
              </w:rPr>
              <w:t>Forfaldsdato</w:t>
            </w:r>
            <w:proofErr w:type="spellEnd"/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3B34B7" w14:textId="4E81261B" w:rsidR="00747193" w:rsidRPr="00C63B80" w:rsidRDefault="00574E56" w:rsidP="00574E56">
            <w:pPr>
              <w:rPr>
                <w:rFonts w:eastAsia="Arial" w:cs="Arial"/>
                <w:szCs w:val="18"/>
              </w:rPr>
            </w:pPr>
            <w:r w:rsidRPr="00C63B80">
              <w:rPr>
                <w:szCs w:val="18"/>
              </w:rPr>
              <w:t>[</w:t>
            </w:r>
            <w:r w:rsidR="00AB408B" w:rsidRPr="00C63B80">
              <w:rPr>
                <w:rFonts w:eastAsia="Arial" w:cs="Arial"/>
                <w:szCs w:val="18"/>
              </w:rPr>
              <w:t>dd-mm-</w:t>
            </w:r>
            <w:proofErr w:type="spellStart"/>
            <w:r w:rsidR="00AB408B" w:rsidRPr="00C63B80">
              <w:rPr>
                <w:rFonts w:eastAsia="Arial" w:cs="Arial"/>
                <w:szCs w:val="18"/>
              </w:rPr>
              <w:t>åååå</w:t>
            </w:r>
            <w:proofErr w:type="spellEnd"/>
            <w:r w:rsidRPr="00C63B80">
              <w:rPr>
                <w:szCs w:val="18"/>
              </w:rPr>
              <w:t>]</w:t>
            </w:r>
          </w:p>
        </w:tc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FC66E" w14:textId="77777777" w:rsidR="00747193" w:rsidRPr="00C63B80" w:rsidRDefault="00413F22" w:rsidP="00413F22">
            <w:pPr>
              <w:ind w:left="1170" w:right="-1170" w:hanging="90"/>
              <w:rPr>
                <w:rFonts w:eastAsia="Arial" w:cs="Arial"/>
                <w:b/>
                <w:bCs/>
                <w:szCs w:val="18"/>
              </w:rPr>
            </w:pPr>
            <w:r w:rsidRPr="00C63B80">
              <w:rPr>
                <w:rFonts w:eastAsia="Arial" w:cs="Arial"/>
                <w:b/>
                <w:bCs/>
                <w:szCs w:val="18"/>
              </w:rPr>
              <w:t>Mail</w:t>
            </w:r>
          </w:p>
        </w:tc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9E6DAF" w14:textId="2FD299FB" w:rsidR="00747193" w:rsidRPr="00C63B80" w:rsidRDefault="00A40B75" w:rsidP="00A40B75">
            <w:pPr>
              <w:ind w:right="-1170"/>
              <w:rPr>
                <w:rFonts w:eastAsia="Arial" w:cs="Arial"/>
                <w:szCs w:val="18"/>
              </w:rPr>
            </w:pPr>
            <w:r w:rsidRPr="00C63B80">
              <w:rPr>
                <w:szCs w:val="18"/>
              </w:rPr>
              <w:t>[</w:t>
            </w:r>
            <w:r w:rsidR="00AB408B" w:rsidRPr="00C63B80">
              <w:rPr>
                <w:rFonts w:eastAsia="Arial" w:cs="Arial"/>
                <w:szCs w:val="18"/>
              </w:rPr>
              <w:t>email@adresse.dk</w:t>
            </w:r>
            <w:r w:rsidRPr="00C63B80">
              <w:rPr>
                <w:szCs w:val="18"/>
              </w:rPr>
              <w:t>]</w:t>
            </w:r>
          </w:p>
        </w:tc>
      </w:tr>
      <w:tr w:rsidR="00747193" w14:paraId="08C5C72B" w14:textId="77777777" w:rsidTr="3DA38FE1">
        <w:trPr>
          <w:jc w:val="center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85E98F" w14:textId="77777777" w:rsidR="00747193" w:rsidRPr="00C63B80" w:rsidRDefault="00413F22" w:rsidP="00413F22">
            <w:pPr>
              <w:rPr>
                <w:rFonts w:eastAsia="Arial" w:cs="Arial"/>
                <w:b/>
                <w:bCs/>
                <w:szCs w:val="18"/>
              </w:rPr>
            </w:pPr>
            <w:proofErr w:type="spellStart"/>
            <w:r w:rsidRPr="00C63B80">
              <w:rPr>
                <w:rFonts w:eastAsia="Arial" w:cs="Arial"/>
                <w:b/>
                <w:bCs/>
                <w:szCs w:val="18"/>
              </w:rPr>
              <w:t>Betalingsfrist</w:t>
            </w:r>
            <w:proofErr w:type="spellEnd"/>
          </w:p>
        </w:tc>
        <w:tc>
          <w:tcPr>
            <w:tcW w:w="29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F1936D" w14:textId="31B92FAA" w:rsidR="00747193" w:rsidRPr="00C63B80" w:rsidRDefault="00A478E5" w:rsidP="00A478E5">
            <w:pPr>
              <w:rPr>
                <w:rFonts w:eastAsia="Arial" w:cs="Arial"/>
                <w:szCs w:val="18"/>
              </w:rPr>
            </w:pPr>
            <w:r w:rsidRPr="00C63B80">
              <w:rPr>
                <w:szCs w:val="18"/>
              </w:rPr>
              <w:t>[</w:t>
            </w:r>
            <w:r w:rsidR="00AB408B" w:rsidRPr="00C63B80">
              <w:rPr>
                <w:rFonts w:eastAsia="Arial" w:cs="Arial"/>
                <w:szCs w:val="18"/>
              </w:rPr>
              <w:t>dd-mm-</w:t>
            </w:r>
            <w:proofErr w:type="spellStart"/>
            <w:r w:rsidR="00AB408B" w:rsidRPr="00C63B80">
              <w:rPr>
                <w:rFonts w:eastAsia="Arial" w:cs="Arial"/>
                <w:szCs w:val="18"/>
              </w:rPr>
              <w:t>åååå</w:t>
            </w:r>
            <w:proofErr w:type="spellEnd"/>
            <w:r w:rsidRPr="00C63B80">
              <w:rPr>
                <w:szCs w:val="18"/>
              </w:rPr>
              <w:t>]</w:t>
            </w:r>
          </w:p>
        </w:tc>
        <w:tc>
          <w:tcPr>
            <w:tcW w:w="29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9E1ED9" w14:textId="77777777" w:rsidR="00747193" w:rsidRPr="00C63B80" w:rsidRDefault="00413F22" w:rsidP="00413F22">
            <w:pPr>
              <w:ind w:left="1170" w:right="-1170" w:hanging="90"/>
              <w:rPr>
                <w:rFonts w:eastAsia="Arial" w:cs="Arial"/>
                <w:b/>
                <w:bCs/>
                <w:szCs w:val="18"/>
              </w:rPr>
            </w:pPr>
            <w:r w:rsidRPr="00C63B80">
              <w:rPr>
                <w:rFonts w:eastAsia="Arial" w:cs="Arial"/>
                <w:b/>
                <w:bCs/>
                <w:szCs w:val="18"/>
              </w:rPr>
              <w:t>CVR / Bank</w:t>
            </w:r>
          </w:p>
        </w:tc>
        <w:tc>
          <w:tcPr>
            <w:tcW w:w="278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2F1C93" w14:textId="5585FF07" w:rsidR="00747193" w:rsidRPr="00C63B80" w:rsidRDefault="00D8374F" w:rsidP="00D8374F">
            <w:pPr>
              <w:ind w:right="-1170"/>
              <w:rPr>
                <w:rFonts w:eastAsia="Arial" w:cs="Arial"/>
                <w:szCs w:val="18"/>
              </w:rPr>
            </w:pPr>
            <w:r w:rsidRPr="00C63B80">
              <w:rPr>
                <w:szCs w:val="18"/>
              </w:rPr>
              <w:t>[</w:t>
            </w:r>
            <w:proofErr w:type="spellStart"/>
            <w:r w:rsidR="00AB408B" w:rsidRPr="00C63B80">
              <w:rPr>
                <w:rFonts w:eastAsia="Arial" w:cs="Arial"/>
                <w:szCs w:val="18"/>
              </w:rPr>
              <w:t>xxxxxxxx</w:t>
            </w:r>
            <w:proofErr w:type="spellEnd"/>
            <w:r w:rsidR="00AB408B" w:rsidRPr="00C63B80">
              <w:rPr>
                <w:rFonts w:eastAsia="Arial" w:cs="Arial"/>
                <w:szCs w:val="18"/>
              </w:rPr>
              <w:t xml:space="preserve"> / </w:t>
            </w:r>
            <w:proofErr w:type="spellStart"/>
            <w:r w:rsidR="00AB408B" w:rsidRPr="00C63B80">
              <w:rPr>
                <w:rFonts w:eastAsia="Arial" w:cs="Arial"/>
                <w:szCs w:val="18"/>
              </w:rPr>
              <w:t>xxxx-xxxxxxxxxx</w:t>
            </w:r>
            <w:proofErr w:type="spellEnd"/>
            <w:r w:rsidRPr="00C63B80">
              <w:rPr>
                <w:szCs w:val="18"/>
              </w:rPr>
              <w:t>]</w:t>
            </w:r>
          </w:p>
        </w:tc>
      </w:tr>
    </w:tbl>
    <w:p w14:paraId="340BD013" w14:textId="77777777" w:rsidR="00C63B80" w:rsidRPr="00C63B80" w:rsidRDefault="3DD44A71" w:rsidP="3DA38FE1">
      <w:pPr>
        <w:spacing w:before="210" w:after="210" w:line="300" w:lineRule="auto"/>
        <w:rPr>
          <w:rFonts w:eastAsia="Arial" w:cs="Arial"/>
          <w:sz w:val="23"/>
          <w:szCs w:val="23"/>
          <w:lang w:val="da-DK"/>
        </w:rPr>
      </w:pPr>
      <w:r w:rsidRPr="00C63B80">
        <w:rPr>
          <w:rFonts w:eastAsia="Arial" w:cs="Arial"/>
          <w:sz w:val="23"/>
          <w:szCs w:val="23"/>
          <w:lang w:val="da-DK"/>
        </w:rPr>
        <w:t xml:space="preserve">Efter gennemgang af vores bogholderi kan vi se, at nedenstående faktura fortsat ikke er registreret som betalt. Vi beder jer derfor betale det udestående beløb senest på den angivne betalingsfrist. </w:t>
      </w:r>
    </w:p>
    <w:p w14:paraId="2A0F740E" w14:textId="7D5B5654" w:rsidR="3DD44A71" w:rsidRPr="00C63B80" w:rsidRDefault="3DD44A71" w:rsidP="3DA38FE1">
      <w:pPr>
        <w:spacing w:before="210" w:after="210" w:line="300" w:lineRule="auto"/>
        <w:rPr>
          <w:rFonts w:eastAsia="Arial" w:cs="Arial"/>
          <w:sz w:val="23"/>
          <w:szCs w:val="23"/>
          <w:lang w:val="da-DK"/>
        </w:rPr>
      </w:pPr>
      <w:r w:rsidRPr="00C63B80">
        <w:rPr>
          <w:rFonts w:eastAsia="Arial" w:cs="Arial"/>
          <w:sz w:val="23"/>
          <w:szCs w:val="23"/>
          <w:lang w:val="da-DK"/>
        </w:rPr>
        <w:t xml:space="preserve">Hvis betalingen allerede er foretaget, kan I </w:t>
      </w:r>
      <w:bookmarkStart w:id="0" w:name="_Int_TC20dMOG"/>
      <w:r w:rsidRPr="00C63B80">
        <w:rPr>
          <w:rFonts w:eastAsia="Arial" w:cs="Arial"/>
          <w:sz w:val="23"/>
          <w:szCs w:val="23"/>
          <w:lang w:val="da-DK"/>
        </w:rPr>
        <w:t>se</w:t>
      </w:r>
      <w:bookmarkEnd w:id="0"/>
      <w:r w:rsidRPr="00C63B80">
        <w:rPr>
          <w:rFonts w:eastAsia="Arial" w:cs="Arial"/>
          <w:sz w:val="23"/>
          <w:szCs w:val="23"/>
          <w:lang w:val="da-DK"/>
        </w:rPr>
        <w:t xml:space="preserve"> bort fra denne skrivelse.</w:t>
      </w:r>
    </w:p>
    <w:p w14:paraId="2F6C7A95" w14:textId="0219145C" w:rsidR="00413F22" w:rsidRPr="002B1779" w:rsidRDefault="00413F22" w:rsidP="00413F22">
      <w:pPr>
        <w:keepLines/>
        <w:spacing w:before="160" w:after="100"/>
        <w:rPr>
          <w:rFonts w:eastAsia="Arial" w:cs="Arial"/>
          <w:szCs w:val="18"/>
          <w:lang w:val="da-DK"/>
        </w:rPr>
      </w:pPr>
    </w:p>
    <w:tbl>
      <w:tblPr>
        <w:tblW w:w="10370" w:type="dxa"/>
        <w:jc w:val="center"/>
        <w:tblLayout w:type="fixed"/>
        <w:tblLook w:val="04A0" w:firstRow="1" w:lastRow="0" w:firstColumn="1" w:lastColumn="0" w:noHBand="0" w:noVBand="1"/>
      </w:tblPr>
      <w:tblGrid>
        <w:gridCol w:w="1361"/>
        <w:gridCol w:w="2268"/>
        <w:gridCol w:w="1247"/>
        <w:gridCol w:w="309"/>
        <w:gridCol w:w="1222"/>
        <w:gridCol w:w="1814"/>
        <w:gridCol w:w="2130"/>
        <w:gridCol w:w="19"/>
      </w:tblGrid>
      <w:tr w:rsidR="00747193" w14:paraId="552E8CCF" w14:textId="77777777" w:rsidTr="008A5E7D">
        <w:trPr>
          <w:gridAfter w:val="1"/>
          <w:wAfter w:w="19" w:type="dxa"/>
          <w:jc w:val="center"/>
        </w:trPr>
        <w:tc>
          <w:tcPr>
            <w:tcW w:w="1361" w:type="dxa"/>
            <w:tcBorders>
              <w:bottom w:val="single" w:sz="4" w:space="0" w:color="BFBFBF"/>
            </w:tcBorders>
            <w:shd w:val="clear" w:color="auto" w:fill="EDEDED"/>
            <w:vAlign w:val="center"/>
          </w:tcPr>
          <w:p w14:paraId="576CB636" w14:textId="77777777" w:rsidR="00747193" w:rsidRPr="008A5E7D" w:rsidRDefault="00413F22" w:rsidP="00413F22">
            <w:pPr>
              <w:jc w:val="center"/>
              <w:rPr>
                <w:rFonts w:eastAsia="Arial" w:cs="Arial"/>
                <w:b/>
                <w:bCs/>
                <w:szCs w:val="18"/>
              </w:rPr>
            </w:pPr>
            <w:proofErr w:type="spellStart"/>
            <w:r w:rsidRPr="008A5E7D">
              <w:rPr>
                <w:rFonts w:eastAsia="Arial" w:cs="Arial"/>
                <w:b/>
                <w:bCs/>
                <w:szCs w:val="18"/>
              </w:rPr>
              <w:t>Bilagsdato</w:t>
            </w:r>
            <w:proofErr w:type="spellEnd"/>
          </w:p>
        </w:tc>
        <w:tc>
          <w:tcPr>
            <w:tcW w:w="2268" w:type="dxa"/>
            <w:tcBorders>
              <w:bottom w:val="single" w:sz="4" w:space="0" w:color="BFBFBF"/>
            </w:tcBorders>
            <w:shd w:val="clear" w:color="auto" w:fill="EDEDED"/>
            <w:vAlign w:val="center"/>
          </w:tcPr>
          <w:p w14:paraId="217B7D6C" w14:textId="77777777" w:rsidR="00747193" w:rsidRPr="008A5E7D" w:rsidRDefault="00413F22" w:rsidP="00413F22">
            <w:pPr>
              <w:jc w:val="center"/>
              <w:rPr>
                <w:rFonts w:eastAsia="Arial" w:cs="Arial"/>
                <w:b/>
                <w:bCs/>
                <w:szCs w:val="18"/>
              </w:rPr>
            </w:pPr>
            <w:proofErr w:type="spellStart"/>
            <w:r w:rsidRPr="008A5E7D">
              <w:rPr>
                <w:rFonts w:eastAsia="Arial" w:cs="Arial"/>
                <w:b/>
                <w:bCs/>
                <w:szCs w:val="18"/>
              </w:rPr>
              <w:t>Tekst</w:t>
            </w:r>
            <w:proofErr w:type="spellEnd"/>
          </w:p>
        </w:tc>
        <w:tc>
          <w:tcPr>
            <w:tcW w:w="1247" w:type="dxa"/>
            <w:tcBorders>
              <w:bottom w:val="single" w:sz="4" w:space="0" w:color="BFBFBF"/>
            </w:tcBorders>
            <w:shd w:val="clear" w:color="auto" w:fill="EDEDED"/>
            <w:vAlign w:val="center"/>
          </w:tcPr>
          <w:p w14:paraId="4C1F415F" w14:textId="77777777" w:rsidR="00747193" w:rsidRPr="008A5E7D" w:rsidRDefault="00413F22" w:rsidP="00413F22">
            <w:pPr>
              <w:jc w:val="center"/>
              <w:rPr>
                <w:rFonts w:eastAsia="Arial" w:cs="Arial"/>
                <w:b/>
                <w:bCs/>
                <w:szCs w:val="18"/>
              </w:rPr>
            </w:pPr>
            <w:proofErr w:type="spellStart"/>
            <w:r w:rsidRPr="008A5E7D">
              <w:rPr>
                <w:rFonts w:eastAsia="Arial" w:cs="Arial"/>
                <w:b/>
                <w:bCs/>
                <w:szCs w:val="18"/>
              </w:rPr>
              <w:t>Bilagsnr</w:t>
            </w:r>
            <w:proofErr w:type="spellEnd"/>
            <w:r w:rsidRPr="008A5E7D">
              <w:rPr>
                <w:rFonts w:eastAsia="Arial" w:cs="Arial"/>
                <w:b/>
                <w:bCs/>
                <w:szCs w:val="18"/>
              </w:rPr>
              <w:t>.</w:t>
            </w:r>
          </w:p>
        </w:tc>
        <w:tc>
          <w:tcPr>
            <w:tcW w:w="1531" w:type="dxa"/>
            <w:gridSpan w:val="2"/>
            <w:tcBorders>
              <w:bottom w:val="single" w:sz="4" w:space="0" w:color="BFBFBF"/>
            </w:tcBorders>
            <w:shd w:val="clear" w:color="auto" w:fill="EDEDED"/>
            <w:vAlign w:val="center"/>
          </w:tcPr>
          <w:p w14:paraId="5CFBF346" w14:textId="77777777" w:rsidR="00747193" w:rsidRPr="008A5E7D" w:rsidRDefault="00413F22" w:rsidP="00413F22">
            <w:pPr>
              <w:jc w:val="center"/>
              <w:rPr>
                <w:rFonts w:eastAsia="Arial" w:cs="Arial"/>
                <w:b/>
                <w:bCs/>
                <w:szCs w:val="18"/>
              </w:rPr>
            </w:pPr>
            <w:proofErr w:type="spellStart"/>
            <w:r w:rsidRPr="008A5E7D">
              <w:rPr>
                <w:rFonts w:eastAsia="Arial" w:cs="Arial"/>
                <w:b/>
                <w:bCs/>
                <w:szCs w:val="18"/>
              </w:rPr>
              <w:t>Forfaldsdato</w:t>
            </w:r>
            <w:proofErr w:type="spellEnd"/>
          </w:p>
        </w:tc>
        <w:tc>
          <w:tcPr>
            <w:tcW w:w="1814" w:type="dxa"/>
            <w:tcBorders>
              <w:bottom w:val="single" w:sz="4" w:space="0" w:color="BFBFBF"/>
            </w:tcBorders>
            <w:shd w:val="clear" w:color="auto" w:fill="EDEDED"/>
            <w:vAlign w:val="center"/>
          </w:tcPr>
          <w:p w14:paraId="1006AAC3" w14:textId="77777777" w:rsidR="00747193" w:rsidRPr="008A5E7D" w:rsidRDefault="00413F22" w:rsidP="00413F22">
            <w:pPr>
              <w:jc w:val="center"/>
              <w:rPr>
                <w:rFonts w:eastAsia="Arial" w:cs="Arial"/>
                <w:b/>
                <w:bCs/>
                <w:szCs w:val="18"/>
              </w:rPr>
            </w:pPr>
            <w:proofErr w:type="spellStart"/>
            <w:r w:rsidRPr="008A5E7D">
              <w:rPr>
                <w:rFonts w:eastAsia="Arial" w:cs="Arial"/>
                <w:b/>
                <w:bCs/>
                <w:szCs w:val="18"/>
              </w:rPr>
              <w:t>Oprindeligt</w:t>
            </w:r>
            <w:proofErr w:type="spellEnd"/>
            <w:r w:rsidRPr="008A5E7D">
              <w:rPr>
                <w:rFonts w:eastAsia="Arial" w:cs="Arial"/>
                <w:b/>
                <w:bCs/>
                <w:szCs w:val="18"/>
              </w:rPr>
              <w:t xml:space="preserve"> </w:t>
            </w:r>
            <w:proofErr w:type="spellStart"/>
            <w:r w:rsidRPr="008A5E7D">
              <w:rPr>
                <w:rFonts w:eastAsia="Arial" w:cs="Arial"/>
                <w:b/>
                <w:bCs/>
                <w:szCs w:val="18"/>
              </w:rPr>
              <w:t>beløb</w:t>
            </w:r>
            <w:proofErr w:type="spellEnd"/>
          </w:p>
        </w:tc>
        <w:tc>
          <w:tcPr>
            <w:tcW w:w="2130" w:type="dxa"/>
            <w:tcBorders>
              <w:bottom w:val="single" w:sz="4" w:space="0" w:color="BFBFBF"/>
            </w:tcBorders>
            <w:shd w:val="clear" w:color="auto" w:fill="EDEDED"/>
            <w:vAlign w:val="center"/>
          </w:tcPr>
          <w:p w14:paraId="14034C25" w14:textId="77777777" w:rsidR="00747193" w:rsidRPr="008A5E7D" w:rsidRDefault="00413F22" w:rsidP="00413F22">
            <w:pPr>
              <w:jc w:val="center"/>
              <w:rPr>
                <w:rFonts w:eastAsia="Arial" w:cs="Arial"/>
                <w:b/>
                <w:bCs/>
                <w:szCs w:val="18"/>
              </w:rPr>
            </w:pPr>
            <w:proofErr w:type="spellStart"/>
            <w:r w:rsidRPr="008A5E7D">
              <w:rPr>
                <w:rFonts w:eastAsia="Arial" w:cs="Arial"/>
                <w:b/>
                <w:bCs/>
                <w:szCs w:val="18"/>
              </w:rPr>
              <w:t>Restbeløb</w:t>
            </w:r>
            <w:proofErr w:type="spellEnd"/>
          </w:p>
        </w:tc>
      </w:tr>
      <w:tr w:rsidR="008A5E7D" w14:paraId="4FA6C8C7" w14:textId="77777777" w:rsidTr="008A5E7D">
        <w:trPr>
          <w:gridAfter w:val="1"/>
          <w:wAfter w:w="19" w:type="dxa"/>
          <w:jc w:val="center"/>
        </w:trPr>
        <w:tc>
          <w:tcPr>
            <w:tcW w:w="1361" w:type="dxa"/>
            <w:tcBorders>
              <w:bottom w:val="single" w:sz="4" w:space="0" w:color="BFBFBF"/>
            </w:tcBorders>
            <w:vAlign w:val="center"/>
          </w:tcPr>
          <w:p w14:paraId="4AE58B6E" w14:textId="618B1E4A" w:rsidR="008A5E7D" w:rsidRPr="008A5E7D" w:rsidRDefault="008A5E7D" w:rsidP="00413F2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008A5E7D">
              <w:rPr>
                <w:rFonts w:eastAsia="Arial" w:cs="Arial"/>
                <w:sz w:val="20"/>
                <w:szCs w:val="20"/>
              </w:rPr>
              <w:t>dd-mm-</w:t>
            </w:r>
            <w:proofErr w:type="spellStart"/>
            <w:r w:rsidRPr="008A5E7D">
              <w:rPr>
                <w:rFonts w:eastAsia="Arial" w:cs="Arial"/>
                <w:sz w:val="20"/>
                <w:szCs w:val="20"/>
              </w:rPr>
              <w:t>åååå</w:t>
            </w:r>
            <w:proofErr w:type="spellEnd"/>
          </w:p>
        </w:tc>
        <w:tc>
          <w:tcPr>
            <w:tcW w:w="2268" w:type="dxa"/>
            <w:tcBorders>
              <w:bottom w:val="single" w:sz="4" w:space="0" w:color="BFBFBF"/>
            </w:tcBorders>
            <w:vAlign w:val="center"/>
          </w:tcPr>
          <w:p w14:paraId="6322D001" w14:textId="48264F48" w:rsidR="008A5E7D" w:rsidRPr="008A5E7D" w:rsidRDefault="008A5E7D" w:rsidP="00413F2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008A5E7D">
              <w:rPr>
                <w:rFonts w:eastAsia="Arial" w:cs="Arial"/>
                <w:sz w:val="20"/>
                <w:szCs w:val="20"/>
              </w:rPr>
              <w:t>Faktura</w:t>
            </w:r>
          </w:p>
        </w:tc>
        <w:tc>
          <w:tcPr>
            <w:tcW w:w="1247" w:type="dxa"/>
            <w:tcBorders>
              <w:bottom w:val="single" w:sz="4" w:space="0" w:color="BFBFBF"/>
            </w:tcBorders>
            <w:vAlign w:val="center"/>
          </w:tcPr>
          <w:p w14:paraId="4992966C" w14:textId="34C09A9B" w:rsidR="008A5E7D" w:rsidRPr="008A5E7D" w:rsidRDefault="008A5E7D" w:rsidP="00413F2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008A5E7D">
              <w:rPr>
                <w:rFonts w:eastAsia="Arial" w:cs="Arial"/>
                <w:sz w:val="20"/>
                <w:szCs w:val="20"/>
              </w:rPr>
              <w:t>0000</w:t>
            </w:r>
          </w:p>
        </w:tc>
        <w:tc>
          <w:tcPr>
            <w:tcW w:w="1531" w:type="dxa"/>
            <w:gridSpan w:val="2"/>
            <w:tcBorders>
              <w:bottom w:val="single" w:sz="4" w:space="0" w:color="BFBFBF"/>
            </w:tcBorders>
            <w:vAlign w:val="center"/>
          </w:tcPr>
          <w:p w14:paraId="17A181D5" w14:textId="772126A2" w:rsidR="008A5E7D" w:rsidRPr="008A5E7D" w:rsidRDefault="008A5E7D" w:rsidP="00413F2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008A5E7D">
              <w:rPr>
                <w:rFonts w:eastAsia="Arial" w:cs="Arial"/>
                <w:sz w:val="20"/>
                <w:szCs w:val="20"/>
              </w:rPr>
              <w:t>dd-mm-</w:t>
            </w:r>
            <w:proofErr w:type="spellStart"/>
            <w:r w:rsidRPr="008A5E7D">
              <w:rPr>
                <w:rFonts w:eastAsia="Arial" w:cs="Arial"/>
                <w:sz w:val="20"/>
                <w:szCs w:val="20"/>
              </w:rPr>
              <w:t>åååå</w:t>
            </w:r>
            <w:proofErr w:type="spellEnd"/>
          </w:p>
        </w:tc>
        <w:tc>
          <w:tcPr>
            <w:tcW w:w="1814" w:type="dxa"/>
            <w:tcBorders>
              <w:bottom w:val="single" w:sz="4" w:space="0" w:color="BFBFBF"/>
            </w:tcBorders>
            <w:vAlign w:val="center"/>
          </w:tcPr>
          <w:p w14:paraId="29FE7EA1" w14:textId="0C1D1A93" w:rsidR="008A5E7D" w:rsidRPr="008A5E7D" w:rsidRDefault="008A5E7D" w:rsidP="00413F2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008A5E7D">
              <w:rPr>
                <w:rFonts w:eastAsia="Arial" w:cs="Arial"/>
                <w:sz w:val="20"/>
                <w:szCs w:val="20"/>
              </w:rPr>
              <w:t>0,00</w:t>
            </w:r>
          </w:p>
        </w:tc>
        <w:tc>
          <w:tcPr>
            <w:tcW w:w="2130" w:type="dxa"/>
            <w:tcBorders>
              <w:bottom w:val="single" w:sz="4" w:space="0" w:color="BFBFBF"/>
            </w:tcBorders>
            <w:vAlign w:val="center"/>
          </w:tcPr>
          <w:p w14:paraId="234CAD73" w14:textId="02E3CBE1" w:rsidR="008A5E7D" w:rsidRPr="008A5E7D" w:rsidRDefault="008A5E7D" w:rsidP="00413F2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008A5E7D">
              <w:rPr>
                <w:rFonts w:eastAsia="Arial" w:cs="Arial"/>
                <w:sz w:val="20"/>
                <w:szCs w:val="20"/>
              </w:rPr>
              <w:t>0,00</w:t>
            </w:r>
          </w:p>
        </w:tc>
      </w:tr>
      <w:tr w:rsidR="008A5E7D" w14:paraId="5458D11C" w14:textId="77777777" w:rsidTr="008A5E7D">
        <w:trPr>
          <w:gridAfter w:val="1"/>
          <w:wAfter w:w="19" w:type="dxa"/>
          <w:jc w:val="center"/>
        </w:trPr>
        <w:tc>
          <w:tcPr>
            <w:tcW w:w="1361" w:type="dxa"/>
            <w:tcBorders>
              <w:bottom w:val="single" w:sz="4" w:space="0" w:color="BFBFBF"/>
            </w:tcBorders>
            <w:vAlign w:val="center"/>
          </w:tcPr>
          <w:p w14:paraId="0117CD66" w14:textId="330BAA25" w:rsidR="008A5E7D" w:rsidRPr="008A5E7D" w:rsidRDefault="008A5E7D" w:rsidP="00413F2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008A5E7D">
              <w:rPr>
                <w:rFonts w:eastAsia="Arial" w:cs="Arial"/>
                <w:sz w:val="20"/>
                <w:szCs w:val="20"/>
              </w:rPr>
              <w:t>dd-mm-</w:t>
            </w:r>
            <w:proofErr w:type="spellStart"/>
            <w:r w:rsidRPr="008A5E7D">
              <w:rPr>
                <w:rFonts w:eastAsia="Arial" w:cs="Arial"/>
                <w:sz w:val="20"/>
                <w:szCs w:val="20"/>
              </w:rPr>
              <w:t>åååå</w:t>
            </w:r>
            <w:proofErr w:type="spellEnd"/>
          </w:p>
        </w:tc>
        <w:tc>
          <w:tcPr>
            <w:tcW w:w="2268" w:type="dxa"/>
            <w:tcBorders>
              <w:bottom w:val="single" w:sz="4" w:space="0" w:color="BFBFBF"/>
            </w:tcBorders>
            <w:vAlign w:val="center"/>
          </w:tcPr>
          <w:p w14:paraId="092F72D6" w14:textId="280A1508" w:rsidR="008A5E7D" w:rsidRPr="008A5E7D" w:rsidRDefault="008A5E7D" w:rsidP="00413F2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008A5E7D">
              <w:rPr>
                <w:rFonts w:eastAsia="Arial" w:cs="Arial"/>
                <w:sz w:val="20"/>
                <w:szCs w:val="20"/>
              </w:rPr>
              <w:t>Renter</w:t>
            </w:r>
          </w:p>
        </w:tc>
        <w:tc>
          <w:tcPr>
            <w:tcW w:w="1247" w:type="dxa"/>
            <w:tcBorders>
              <w:bottom w:val="single" w:sz="4" w:space="0" w:color="BFBFBF"/>
            </w:tcBorders>
            <w:vAlign w:val="center"/>
          </w:tcPr>
          <w:p w14:paraId="7C5538BB" w14:textId="30C94749" w:rsidR="008A5E7D" w:rsidRPr="008A5E7D" w:rsidRDefault="008A5E7D" w:rsidP="00413F2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008A5E7D">
              <w:rPr>
                <w:rFonts w:eastAsia="Arial" w:cs="Arial"/>
                <w:sz w:val="20"/>
                <w:szCs w:val="20"/>
              </w:rPr>
              <w:t>0000</w:t>
            </w:r>
          </w:p>
        </w:tc>
        <w:tc>
          <w:tcPr>
            <w:tcW w:w="1531" w:type="dxa"/>
            <w:gridSpan w:val="2"/>
            <w:tcBorders>
              <w:bottom w:val="single" w:sz="4" w:space="0" w:color="BFBFBF"/>
            </w:tcBorders>
            <w:vAlign w:val="center"/>
          </w:tcPr>
          <w:p w14:paraId="6C6E6417" w14:textId="2451F498" w:rsidR="008A5E7D" w:rsidRPr="008A5E7D" w:rsidRDefault="008A5E7D" w:rsidP="00413F2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008A5E7D">
              <w:rPr>
                <w:rFonts w:eastAsia="Arial" w:cs="Arial"/>
                <w:sz w:val="20"/>
                <w:szCs w:val="20"/>
              </w:rPr>
              <w:t>dd-mm-</w:t>
            </w:r>
            <w:proofErr w:type="spellStart"/>
            <w:r w:rsidRPr="008A5E7D">
              <w:rPr>
                <w:rFonts w:eastAsia="Arial" w:cs="Arial"/>
                <w:sz w:val="20"/>
                <w:szCs w:val="20"/>
              </w:rPr>
              <w:t>åååå</w:t>
            </w:r>
            <w:proofErr w:type="spellEnd"/>
          </w:p>
        </w:tc>
        <w:tc>
          <w:tcPr>
            <w:tcW w:w="1814" w:type="dxa"/>
            <w:tcBorders>
              <w:bottom w:val="single" w:sz="4" w:space="0" w:color="BFBFBF"/>
            </w:tcBorders>
            <w:vAlign w:val="center"/>
          </w:tcPr>
          <w:p w14:paraId="6202BC37" w14:textId="53912921" w:rsidR="008A5E7D" w:rsidRPr="008A5E7D" w:rsidRDefault="008A5E7D" w:rsidP="00413F2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008A5E7D">
              <w:rPr>
                <w:rFonts w:eastAsia="Arial" w:cs="Arial"/>
                <w:sz w:val="20"/>
                <w:szCs w:val="20"/>
              </w:rPr>
              <w:t>0,00</w:t>
            </w:r>
          </w:p>
        </w:tc>
        <w:tc>
          <w:tcPr>
            <w:tcW w:w="2130" w:type="dxa"/>
            <w:tcBorders>
              <w:bottom w:val="single" w:sz="4" w:space="0" w:color="BFBFBF"/>
            </w:tcBorders>
            <w:vAlign w:val="center"/>
          </w:tcPr>
          <w:p w14:paraId="1DFB7F8C" w14:textId="781137FF" w:rsidR="008A5E7D" w:rsidRPr="008A5E7D" w:rsidRDefault="008A5E7D" w:rsidP="00413F2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008A5E7D">
              <w:rPr>
                <w:rFonts w:eastAsia="Arial" w:cs="Arial"/>
                <w:sz w:val="20"/>
                <w:szCs w:val="20"/>
              </w:rPr>
              <w:t>0,00</w:t>
            </w:r>
          </w:p>
        </w:tc>
      </w:tr>
      <w:tr w:rsidR="00747193" w14:paraId="7134CC36" w14:textId="77777777" w:rsidTr="008A5E7D">
        <w:trPr>
          <w:gridAfter w:val="1"/>
          <w:wAfter w:w="19" w:type="dxa"/>
          <w:jc w:val="center"/>
        </w:trPr>
        <w:tc>
          <w:tcPr>
            <w:tcW w:w="1361" w:type="dxa"/>
            <w:tcBorders>
              <w:bottom w:val="single" w:sz="4" w:space="0" w:color="BFBFBF"/>
            </w:tcBorders>
            <w:vAlign w:val="center"/>
          </w:tcPr>
          <w:p w14:paraId="1A67EEBA" w14:textId="77777777" w:rsidR="00747193" w:rsidRPr="008A5E7D" w:rsidRDefault="00413F22" w:rsidP="00413F2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008A5E7D">
              <w:rPr>
                <w:rFonts w:eastAsia="Arial" w:cs="Arial"/>
                <w:sz w:val="20"/>
                <w:szCs w:val="20"/>
              </w:rPr>
              <w:t>dd-mm-</w:t>
            </w:r>
            <w:proofErr w:type="spellStart"/>
            <w:r w:rsidRPr="008A5E7D">
              <w:rPr>
                <w:rFonts w:eastAsia="Arial" w:cs="Arial"/>
                <w:sz w:val="20"/>
                <w:szCs w:val="20"/>
              </w:rPr>
              <w:t>åååå</w:t>
            </w:r>
            <w:proofErr w:type="spellEnd"/>
          </w:p>
        </w:tc>
        <w:tc>
          <w:tcPr>
            <w:tcW w:w="2268" w:type="dxa"/>
            <w:tcBorders>
              <w:bottom w:val="single" w:sz="4" w:space="0" w:color="BFBFBF"/>
            </w:tcBorders>
            <w:vAlign w:val="center"/>
          </w:tcPr>
          <w:p w14:paraId="050D4CB5" w14:textId="0722BC89" w:rsidR="00747193" w:rsidRPr="008A5E7D" w:rsidRDefault="008A5E7D" w:rsidP="00413F22">
            <w:pPr>
              <w:jc w:val="center"/>
              <w:rPr>
                <w:rFonts w:eastAsia="Arial" w:cs="Arial"/>
                <w:sz w:val="20"/>
                <w:szCs w:val="20"/>
              </w:rPr>
            </w:pPr>
            <w:proofErr w:type="spellStart"/>
            <w:r w:rsidRPr="008A5E7D">
              <w:rPr>
                <w:rFonts w:eastAsia="Arial" w:cs="Arial"/>
                <w:sz w:val="20"/>
                <w:szCs w:val="20"/>
              </w:rPr>
              <w:t>Rykkergebyr</w:t>
            </w:r>
            <w:proofErr w:type="spellEnd"/>
          </w:p>
        </w:tc>
        <w:tc>
          <w:tcPr>
            <w:tcW w:w="1247" w:type="dxa"/>
            <w:tcBorders>
              <w:bottom w:val="single" w:sz="4" w:space="0" w:color="BFBFBF"/>
            </w:tcBorders>
            <w:vAlign w:val="center"/>
          </w:tcPr>
          <w:p w14:paraId="14B5651D" w14:textId="77777777" w:rsidR="00747193" w:rsidRPr="008A5E7D" w:rsidRDefault="00413F22" w:rsidP="00413F2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008A5E7D">
              <w:rPr>
                <w:rFonts w:eastAsia="Arial" w:cs="Arial"/>
                <w:sz w:val="20"/>
                <w:szCs w:val="20"/>
              </w:rPr>
              <w:t>0000</w:t>
            </w:r>
          </w:p>
        </w:tc>
        <w:tc>
          <w:tcPr>
            <w:tcW w:w="1531" w:type="dxa"/>
            <w:gridSpan w:val="2"/>
            <w:tcBorders>
              <w:bottom w:val="single" w:sz="4" w:space="0" w:color="BFBFBF"/>
            </w:tcBorders>
            <w:vAlign w:val="center"/>
          </w:tcPr>
          <w:p w14:paraId="6EC55EB5" w14:textId="77777777" w:rsidR="00747193" w:rsidRPr="008A5E7D" w:rsidRDefault="00413F22" w:rsidP="00413F2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008A5E7D">
              <w:rPr>
                <w:rFonts w:eastAsia="Arial" w:cs="Arial"/>
                <w:sz w:val="20"/>
                <w:szCs w:val="20"/>
              </w:rPr>
              <w:t>dd-mm-</w:t>
            </w:r>
            <w:proofErr w:type="spellStart"/>
            <w:r w:rsidRPr="008A5E7D">
              <w:rPr>
                <w:rFonts w:eastAsia="Arial" w:cs="Arial"/>
                <w:sz w:val="20"/>
                <w:szCs w:val="20"/>
              </w:rPr>
              <w:t>åååå</w:t>
            </w:r>
            <w:proofErr w:type="spellEnd"/>
          </w:p>
        </w:tc>
        <w:tc>
          <w:tcPr>
            <w:tcW w:w="1814" w:type="dxa"/>
            <w:tcBorders>
              <w:bottom w:val="single" w:sz="4" w:space="0" w:color="BFBFBF"/>
            </w:tcBorders>
            <w:vAlign w:val="center"/>
          </w:tcPr>
          <w:p w14:paraId="5A015116" w14:textId="77777777" w:rsidR="00747193" w:rsidRPr="008A5E7D" w:rsidRDefault="00413F22" w:rsidP="00413F2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008A5E7D">
              <w:rPr>
                <w:rFonts w:eastAsia="Arial" w:cs="Arial"/>
                <w:sz w:val="20"/>
                <w:szCs w:val="20"/>
              </w:rPr>
              <w:t>0,00</w:t>
            </w:r>
          </w:p>
        </w:tc>
        <w:tc>
          <w:tcPr>
            <w:tcW w:w="2130" w:type="dxa"/>
            <w:tcBorders>
              <w:bottom w:val="single" w:sz="4" w:space="0" w:color="BFBFBF"/>
            </w:tcBorders>
            <w:vAlign w:val="center"/>
          </w:tcPr>
          <w:p w14:paraId="00CB5D46" w14:textId="77777777" w:rsidR="00747193" w:rsidRPr="008A5E7D" w:rsidRDefault="00413F22" w:rsidP="00413F22">
            <w:pPr>
              <w:jc w:val="center"/>
              <w:rPr>
                <w:rFonts w:eastAsia="Arial" w:cs="Arial"/>
                <w:sz w:val="20"/>
                <w:szCs w:val="20"/>
              </w:rPr>
            </w:pPr>
            <w:r w:rsidRPr="008A5E7D">
              <w:rPr>
                <w:rFonts w:eastAsia="Arial" w:cs="Arial"/>
                <w:sz w:val="20"/>
                <w:szCs w:val="20"/>
              </w:rPr>
              <w:t>0,00</w:t>
            </w:r>
          </w:p>
        </w:tc>
      </w:tr>
      <w:tr w:rsidR="00747193" w14:paraId="74ADA08E" w14:textId="77777777" w:rsidTr="008A5E7D">
        <w:tblPrEx>
          <w:jc w:val="right"/>
        </w:tblPrEx>
        <w:trPr>
          <w:jc w:val="right"/>
        </w:trPr>
        <w:tc>
          <w:tcPr>
            <w:tcW w:w="5185" w:type="dxa"/>
            <w:gridSpan w:val="4"/>
            <w:tcBorders>
              <w:top w:val="single" w:sz="8" w:space="0" w:color="000000"/>
            </w:tcBorders>
            <w:vAlign w:val="center"/>
          </w:tcPr>
          <w:p w14:paraId="1C1E8005" w14:textId="77777777" w:rsidR="008A5E7D" w:rsidRPr="008A5E7D" w:rsidRDefault="008A5E7D" w:rsidP="00413F22">
            <w:pPr>
              <w:jc w:val="right"/>
              <w:rPr>
                <w:rFonts w:eastAsia="Arial" w:cs="Arial"/>
                <w:b/>
                <w:bCs/>
                <w:sz w:val="20"/>
                <w:szCs w:val="20"/>
              </w:rPr>
            </w:pPr>
          </w:p>
          <w:p w14:paraId="158FCD40" w14:textId="479E39DC" w:rsidR="00747193" w:rsidRPr="008A5E7D" w:rsidRDefault="00413F22" w:rsidP="00413F22">
            <w:pPr>
              <w:jc w:val="right"/>
              <w:rPr>
                <w:rFonts w:eastAsia="Arial" w:cs="Arial"/>
                <w:b/>
                <w:bCs/>
                <w:sz w:val="20"/>
                <w:szCs w:val="20"/>
              </w:rPr>
            </w:pPr>
            <w:r w:rsidRPr="008A5E7D">
              <w:rPr>
                <w:rFonts w:eastAsia="Arial" w:cs="Arial"/>
                <w:b/>
                <w:bCs/>
                <w:sz w:val="20"/>
                <w:szCs w:val="20"/>
              </w:rPr>
              <w:t>I alt DKK</w:t>
            </w:r>
          </w:p>
        </w:tc>
        <w:tc>
          <w:tcPr>
            <w:tcW w:w="5185" w:type="dxa"/>
            <w:gridSpan w:val="4"/>
            <w:tcBorders>
              <w:top w:val="single" w:sz="8" w:space="0" w:color="000000"/>
            </w:tcBorders>
            <w:vAlign w:val="center"/>
          </w:tcPr>
          <w:p w14:paraId="010EA684" w14:textId="77777777" w:rsidR="008A5E7D" w:rsidRPr="008A5E7D" w:rsidRDefault="008A5E7D" w:rsidP="008A5E7D">
            <w:pPr>
              <w:tabs>
                <w:tab w:val="left" w:pos="4094"/>
              </w:tabs>
              <w:ind w:right="881"/>
              <w:jc w:val="right"/>
              <w:rPr>
                <w:rFonts w:eastAsia="Arial" w:cs="Arial"/>
                <w:b/>
                <w:bCs/>
                <w:sz w:val="20"/>
                <w:szCs w:val="20"/>
              </w:rPr>
            </w:pPr>
          </w:p>
          <w:p w14:paraId="00916F36" w14:textId="2FE1B5F8" w:rsidR="00747193" w:rsidRPr="008A5E7D" w:rsidRDefault="00413F22" w:rsidP="008A5E7D">
            <w:pPr>
              <w:tabs>
                <w:tab w:val="left" w:pos="4094"/>
              </w:tabs>
              <w:ind w:right="881"/>
              <w:jc w:val="right"/>
              <w:rPr>
                <w:rFonts w:eastAsia="Arial" w:cs="Arial"/>
                <w:b/>
                <w:bCs/>
                <w:sz w:val="20"/>
                <w:szCs w:val="20"/>
              </w:rPr>
            </w:pPr>
            <w:r w:rsidRPr="008A5E7D">
              <w:rPr>
                <w:rFonts w:eastAsia="Arial" w:cs="Arial"/>
                <w:b/>
                <w:bCs/>
                <w:sz w:val="20"/>
                <w:szCs w:val="20"/>
              </w:rPr>
              <w:t>0,00</w:t>
            </w:r>
          </w:p>
        </w:tc>
      </w:tr>
    </w:tbl>
    <w:p w14:paraId="55283368" w14:textId="77777777" w:rsidR="00747193" w:rsidRPr="00C63B80" w:rsidRDefault="00413F22" w:rsidP="00413F22">
      <w:pPr>
        <w:keepLines/>
        <w:spacing w:before="160" w:after="40"/>
        <w:rPr>
          <w:rFonts w:eastAsia="Arial" w:cs="Arial"/>
          <w:sz w:val="22"/>
          <w:lang w:val="da-DK"/>
        </w:rPr>
      </w:pPr>
      <w:r w:rsidRPr="00C63B80">
        <w:rPr>
          <w:rFonts w:eastAsia="Arial" w:cs="Arial"/>
          <w:sz w:val="22"/>
          <w:lang w:val="da-DK"/>
        </w:rPr>
        <w:t>Har I spørgsmål til ovenstående, er I velkomne til at kontakte os på 12 34 56 78 eller email@adresse.dk.</w:t>
      </w:r>
    </w:p>
    <w:p w14:paraId="4DA31354" w14:textId="588A6D90" w:rsidR="00413F22" w:rsidRPr="00C63B80" w:rsidRDefault="00413F22" w:rsidP="00413F22">
      <w:pPr>
        <w:keepLines/>
        <w:spacing w:after="0"/>
        <w:rPr>
          <w:rFonts w:eastAsia="Arial" w:cs="Arial"/>
          <w:sz w:val="22"/>
          <w:lang w:val="da-DK"/>
        </w:rPr>
      </w:pPr>
    </w:p>
    <w:p w14:paraId="237F6464" w14:textId="77777777" w:rsidR="00747193" w:rsidRPr="00C63B80" w:rsidRDefault="00413F22" w:rsidP="00413F22">
      <w:pPr>
        <w:keepLines/>
        <w:spacing w:after="0"/>
        <w:rPr>
          <w:rFonts w:eastAsia="Arial" w:cs="Arial"/>
          <w:sz w:val="22"/>
          <w:lang w:val="da-DK"/>
        </w:rPr>
      </w:pPr>
      <w:r w:rsidRPr="00C63B80">
        <w:rPr>
          <w:rFonts w:eastAsia="Arial" w:cs="Arial"/>
          <w:sz w:val="22"/>
          <w:lang w:val="da-DK"/>
        </w:rPr>
        <w:t>Beløbet indbetales via følgende betalingsoplysninger:</w:t>
      </w:r>
    </w:p>
    <w:p w14:paraId="1CF928B8" w14:textId="7B092FBD" w:rsidR="00413F22" w:rsidRPr="00C63B80" w:rsidRDefault="00413F22" w:rsidP="00413F22">
      <w:pPr>
        <w:keepLines/>
        <w:spacing w:after="0"/>
        <w:jc w:val="center"/>
        <w:rPr>
          <w:rFonts w:eastAsia="Arial" w:cs="Arial"/>
          <w:b/>
          <w:bCs/>
          <w:sz w:val="22"/>
          <w:lang w:val="da-DK"/>
        </w:rPr>
      </w:pPr>
    </w:p>
    <w:p w14:paraId="6863F0E9" w14:textId="77777777" w:rsidR="00747193" w:rsidRPr="00C63B80" w:rsidRDefault="00413F22" w:rsidP="00413F22">
      <w:pPr>
        <w:keepLines/>
        <w:spacing w:after="0"/>
        <w:jc w:val="center"/>
        <w:rPr>
          <w:sz w:val="22"/>
        </w:rPr>
      </w:pPr>
      <w:r w:rsidRPr="00C63B80">
        <w:rPr>
          <w:rFonts w:eastAsia="Arial" w:cs="Arial"/>
          <w:b/>
          <w:bCs/>
          <w:sz w:val="22"/>
          <w:highlight w:val="yellow"/>
        </w:rPr>
        <w:t>+71&lt;000000000000000 +0000000&lt;</w:t>
      </w:r>
    </w:p>
    <w:p w14:paraId="616623C7" w14:textId="54010A08" w:rsidR="722EC5A9" w:rsidRDefault="722EC5A9" w:rsidP="00793634">
      <w:pPr>
        <w:keepLines/>
        <w:tabs>
          <w:tab w:val="left" w:pos="6384"/>
        </w:tabs>
        <w:spacing w:after="0"/>
        <w:rPr>
          <w:rFonts w:eastAsia="Arial" w:cs="Arial"/>
          <w:sz w:val="19"/>
          <w:szCs w:val="19"/>
          <w:highlight w:val="yellow"/>
        </w:rPr>
      </w:pPr>
    </w:p>
    <w:sectPr w:rsidR="722EC5A9" w:rsidSect="00D8374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0" w:right="935" w:bottom="567" w:left="935" w:header="283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8F168" w14:textId="77777777" w:rsidR="00AB408B" w:rsidRDefault="00AB408B">
      <w:pPr>
        <w:spacing w:after="0" w:line="240" w:lineRule="auto"/>
      </w:pPr>
      <w:r>
        <w:separator/>
      </w:r>
    </w:p>
  </w:endnote>
  <w:endnote w:type="continuationSeparator" w:id="0">
    <w:p w14:paraId="580FCD0A" w14:textId="77777777" w:rsidR="00AB408B" w:rsidRDefault="00AB4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BC025B" w14:textId="77777777" w:rsidR="00153866" w:rsidRDefault="0015386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10DC6" w14:textId="77777777" w:rsidR="00747193" w:rsidRPr="00793634" w:rsidRDefault="3DA38FE1" w:rsidP="00413F22">
    <w:pPr>
      <w:pStyle w:val="Footer"/>
      <w:jc w:val="center"/>
      <w:rPr>
        <w:rFonts w:eastAsia="Arial" w:cs="Arial"/>
        <w:color w:val="6E6E6E"/>
        <w:sz w:val="14"/>
        <w:szCs w:val="14"/>
        <w:highlight w:val="yellow"/>
        <w:lang w:val="da-DK"/>
      </w:rPr>
    </w:pPr>
    <w:r w:rsidRPr="00793634">
      <w:rPr>
        <w:rFonts w:eastAsia="Arial" w:cs="Arial"/>
        <w:color w:val="6E6E6E"/>
        <w:sz w:val="14"/>
        <w:szCs w:val="14"/>
        <w:highlight w:val="yellow"/>
        <w:lang w:val="da-DK"/>
      </w:rPr>
      <w:t>Skabelon til rykkerskrivelse | Udfyld felterne med virksomhedens egne oplysninger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AA0CC" w14:textId="77777777" w:rsidR="00153866" w:rsidRDefault="001538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2D546" w14:textId="77777777" w:rsidR="00AB408B" w:rsidRDefault="00AB408B">
      <w:pPr>
        <w:spacing w:after="0" w:line="240" w:lineRule="auto"/>
      </w:pPr>
      <w:r>
        <w:separator/>
      </w:r>
    </w:p>
  </w:footnote>
  <w:footnote w:type="continuationSeparator" w:id="0">
    <w:p w14:paraId="07315F1E" w14:textId="77777777" w:rsidR="00AB408B" w:rsidRDefault="00AB40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51473" w14:textId="77777777" w:rsidR="00153866" w:rsidRDefault="0015386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CC9A06" w14:textId="77777777" w:rsidR="00153866" w:rsidRPr="00D8374F" w:rsidRDefault="00153866" w:rsidP="00D8374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38EEA7" w14:textId="77777777" w:rsidR="00153866" w:rsidRDefault="00153866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TC20dMOG" int2:invalidationBookmarkName="" int2:hashCode="AHYsz6cDOT4Nr/" int2:id="TVJrokrq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0130939">
    <w:abstractNumId w:val="2"/>
  </w:num>
  <w:num w:numId="2" w16cid:durableId="1168129897">
    <w:abstractNumId w:val="0"/>
  </w:num>
  <w:num w:numId="3" w16cid:durableId="1352874357">
    <w:abstractNumId w:val="3"/>
  </w:num>
  <w:num w:numId="4" w16cid:durableId="1466117999">
    <w:abstractNumId w:val="8"/>
  </w:num>
  <w:num w:numId="5" w16cid:durableId="1703283292">
    <w:abstractNumId w:val="7"/>
  </w:num>
  <w:num w:numId="6" w16cid:durableId="1759134390">
    <w:abstractNumId w:val="1"/>
  </w:num>
  <w:num w:numId="7" w16cid:durableId="1882865529">
    <w:abstractNumId w:val="6"/>
  </w:num>
  <w:num w:numId="8" w16cid:durableId="1901283023">
    <w:abstractNumId w:val="4"/>
  </w:num>
  <w:num w:numId="9" w16cid:durableId="21536298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0AC5"/>
    <w:rsid w:val="00034616"/>
    <w:rsid w:val="00036DA4"/>
    <w:rsid w:val="0006063C"/>
    <w:rsid w:val="0009050B"/>
    <w:rsid w:val="000D4716"/>
    <w:rsid w:val="00122FF8"/>
    <w:rsid w:val="00140B43"/>
    <w:rsid w:val="0015074B"/>
    <w:rsid w:val="00153866"/>
    <w:rsid w:val="00181BD0"/>
    <w:rsid w:val="001C657F"/>
    <w:rsid w:val="00294B01"/>
    <w:rsid w:val="0029639D"/>
    <w:rsid w:val="002B1779"/>
    <w:rsid w:val="00326F90"/>
    <w:rsid w:val="003962A0"/>
    <w:rsid w:val="00413F22"/>
    <w:rsid w:val="004566D5"/>
    <w:rsid w:val="00574E56"/>
    <w:rsid w:val="00747193"/>
    <w:rsid w:val="00761CCA"/>
    <w:rsid w:val="00776CAE"/>
    <w:rsid w:val="00793634"/>
    <w:rsid w:val="008A5E7D"/>
    <w:rsid w:val="009135C2"/>
    <w:rsid w:val="00931E32"/>
    <w:rsid w:val="009A42CD"/>
    <w:rsid w:val="009A4F39"/>
    <w:rsid w:val="00A2548F"/>
    <w:rsid w:val="00A40B75"/>
    <w:rsid w:val="00A478E5"/>
    <w:rsid w:val="00AA1D8D"/>
    <w:rsid w:val="00AB408B"/>
    <w:rsid w:val="00AD34C9"/>
    <w:rsid w:val="00B1715E"/>
    <w:rsid w:val="00B47730"/>
    <w:rsid w:val="00BC50C8"/>
    <w:rsid w:val="00BC7529"/>
    <w:rsid w:val="00C63B80"/>
    <w:rsid w:val="00CB0664"/>
    <w:rsid w:val="00CB4882"/>
    <w:rsid w:val="00CF5161"/>
    <w:rsid w:val="00D82452"/>
    <w:rsid w:val="00D8374F"/>
    <w:rsid w:val="00EA333E"/>
    <w:rsid w:val="00F13637"/>
    <w:rsid w:val="00F2A202"/>
    <w:rsid w:val="00FC693F"/>
    <w:rsid w:val="0269DA52"/>
    <w:rsid w:val="033BE075"/>
    <w:rsid w:val="0781BA5B"/>
    <w:rsid w:val="089C9731"/>
    <w:rsid w:val="08DEAA68"/>
    <w:rsid w:val="08E1BC73"/>
    <w:rsid w:val="090196CF"/>
    <w:rsid w:val="09C42DF2"/>
    <w:rsid w:val="09D0E001"/>
    <w:rsid w:val="0D66A525"/>
    <w:rsid w:val="0F8C354C"/>
    <w:rsid w:val="10B63195"/>
    <w:rsid w:val="1447CFBE"/>
    <w:rsid w:val="14C50BD9"/>
    <w:rsid w:val="171D89C0"/>
    <w:rsid w:val="178C6581"/>
    <w:rsid w:val="18B2449F"/>
    <w:rsid w:val="1D6EE071"/>
    <w:rsid w:val="1DCBD56C"/>
    <w:rsid w:val="1F51BAAF"/>
    <w:rsid w:val="1FBD3D1A"/>
    <w:rsid w:val="225D74A2"/>
    <w:rsid w:val="24BF7EFB"/>
    <w:rsid w:val="27560BEE"/>
    <w:rsid w:val="2ECF91A8"/>
    <w:rsid w:val="301C6EC1"/>
    <w:rsid w:val="30772976"/>
    <w:rsid w:val="310DD985"/>
    <w:rsid w:val="31E060B9"/>
    <w:rsid w:val="31F370A7"/>
    <w:rsid w:val="341BF52F"/>
    <w:rsid w:val="344E32EC"/>
    <w:rsid w:val="35FD4C59"/>
    <w:rsid w:val="37C00D8E"/>
    <w:rsid w:val="3BF76A0D"/>
    <w:rsid w:val="3C7A3CD5"/>
    <w:rsid w:val="3DA38FE1"/>
    <w:rsid w:val="3DD44A71"/>
    <w:rsid w:val="3E31B08C"/>
    <w:rsid w:val="3EF481E0"/>
    <w:rsid w:val="3F536389"/>
    <w:rsid w:val="401DB5C1"/>
    <w:rsid w:val="43A2BED2"/>
    <w:rsid w:val="4436255E"/>
    <w:rsid w:val="4546F1C6"/>
    <w:rsid w:val="4A96B15B"/>
    <w:rsid w:val="4C26D242"/>
    <w:rsid w:val="5849B232"/>
    <w:rsid w:val="60B3E264"/>
    <w:rsid w:val="6106991A"/>
    <w:rsid w:val="665E2644"/>
    <w:rsid w:val="66C73D3D"/>
    <w:rsid w:val="68FC8708"/>
    <w:rsid w:val="6ABFF09B"/>
    <w:rsid w:val="6E293F74"/>
    <w:rsid w:val="722EC5A9"/>
    <w:rsid w:val="757C3D23"/>
    <w:rsid w:val="757D24AF"/>
    <w:rsid w:val="77E4956D"/>
    <w:rsid w:val="7B34C0B5"/>
    <w:rsid w:val="7B5A6E2B"/>
    <w:rsid w:val="7C018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1628A248-88FC-4082-81C2-AB2D11C11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4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3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microsoft.com/office/2020/10/relationships/intelligence" Target="intelligence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149</Words>
  <Characters>987</Characters>
  <Application>Microsoft Office Word</Application>
  <DocSecurity>0</DocSecurity>
  <Lines>75</Lines>
  <Paragraphs>63</Paragraphs>
  <ScaleCrop>false</ScaleCrop>
  <Manager/>
  <Company/>
  <LinksUpToDate>false</LinksUpToDate>
  <CharactersWithSpaces>1073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Rykkerskabelon</dc:title>
  <dc:subject/>
  <dc:creator>Emil Nørgaard Rasmussen</dc:creator>
  <cp:keywords/>
  <dc:description>generated by python-docx</dc:description>
  <cp:lastModifiedBy>Emil Nørgaard Rasmussen</cp:lastModifiedBy>
  <cp:revision>5</cp:revision>
  <dcterms:created xsi:type="dcterms:W3CDTF">2026-10-27T12:38:00Z</dcterms:created>
  <dcterms:modified xsi:type="dcterms:W3CDTF">2026-10-27T14:44:00Z</dcterms:modified>
  <cp:category/>
</cp:coreProperties>
</file>